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Tätigkeitsbericht [Name des Vereins]</w:t>
      </w:r>
    </w:p>
    <w:p>
      <w:r>
        <w:t>für den Zeitraum [z. B. 01.01.2024 – 31.12.2024]</w:t>
      </w:r>
    </w:p>
    <w:p/>
    <w:p>
      <w:pPr>
        <w:pStyle w:val="Heading2"/>
      </w:pPr>
      <w:r>
        <w:t>1. Grundinformationen</w:t>
      </w:r>
    </w:p>
    <w:p>
      <w:r>
        <w:t>Name des Vereins: ___________________________</w:t>
      </w:r>
    </w:p>
    <w:p>
      <w:r>
        <w:t>Anschrift: ___________________________</w:t>
      </w:r>
    </w:p>
    <w:p>
      <w:r>
        <w:t>Gründungsdatum: ___________________________</w:t>
      </w:r>
    </w:p>
    <w:p>
      <w:r>
        <w:t>Vereinsregister-Nr.: ___________________________</w:t>
      </w:r>
    </w:p>
    <w:p>
      <w:r>
        <w:t>Gemeinnützigkeit anerkannt seit: ___________________________</w:t>
      </w:r>
    </w:p>
    <w:p>
      <w:r>
        <w:t>Satzungszweck: ___________________________</w:t>
      </w:r>
    </w:p>
    <w:p>
      <w:pPr>
        <w:pStyle w:val="Heading2"/>
      </w:pPr>
      <w:r>
        <w:t>2. Organe des Vereins</w:t>
      </w:r>
    </w:p>
    <w:p>
      <w:r>
        <w:t>Vorstand im Berichtszeitraum:</w:t>
      </w:r>
    </w:p>
    <w:p>
      <w:r>
        <w:t>- Vorsitzende*r: ___________________________</w:t>
      </w:r>
    </w:p>
    <w:p>
      <w:r>
        <w:t>- Stellvertretung: ___________________________</w:t>
      </w:r>
    </w:p>
    <w:p>
      <w:r>
        <w:t>- Schatzmeister*in: ___________________________</w:t>
      </w:r>
    </w:p>
    <w:p>
      <w:r>
        <w:t>- Schriftführer*in: ___________________________</w:t>
      </w:r>
    </w:p>
    <w:p>
      <w:r>
        <w:t>- Weitere Mitglieder: ___________________________</w:t>
      </w:r>
    </w:p>
    <w:p>
      <w:r>
        <w:t>Wichtige Beschlüsse und Entscheidungen: ___________________________</w:t>
      </w:r>
    </w:p>
    <w:p>
      <w:pPr>
        <w:pStyle w:val="Heading2"/>
      </w:pPr>
      <w:r>
        <w:t>3. Vereinsarbeit und Projekte</w:t>
      </w:r>
    </w:p>
    <w:p>
      <w:r>
        <w:t>Die wesentlichen Aktivitäten, Projekte und Veranstaltungen des Vereins im Berichtszeitraum: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Datum</w:t>
            </w:r>
          </w:p>
        </w:tc>
        <w:tc>
          <w:tcPr>
            <w:tcW w:type="dxa" w:w="2880"/>
          </w:tcPr>
          <w:p>
            <w:r>
              <w:t>Aktivität/Projekt</w:t>
            </w:r>
          </w:p>
        </w:tc>
        <w:tc>
          <w:tcPr>
            <w:tcW w:type="dxa" w:w="2880"/>
          </w:tcPr>
          <w:p>
            <w:r>
              <w:t>Beschreibung / Teilnehmer / Finanzierung</w:t>
            </w:r>
          </w:p>
        </w:tc>
      </w:tr>
      <w:tr>
        <w:tc>
          <w:tcPr>
            <w:tcW w:type="dxa" w:w="2880"/>
          </w:tcPr>
          <w:p>
            <w:r>
              <w:t>____.__.20__</w:t>
            </w:r>
          </w:p>
        </w:tc>
        <w:tc>
          <w:tcPr>
            <w:tcW w:type="dxa" w:w="2880"/>
          </w:tcPr>
          <w:p>
            <w:r>
              <w:t>[Projekt/Veranstaltung]</w:t>
            </w:r>
          </w:p>
        </w:tc>
        <w:tc>
          <w:tcPr>
            <w:tcW w:type="dxa" w:w="2880"/>
          </w:tcPr>
          <w:p>
            <w:r>
              <w:t>[Beschreibung, Teilnehmerzahl, Finanzierung]</w:t>
            </w:r>
          </w:p>
        </w:tc>
      </w:tr>
      <w:tr>
        <w:tc>
          <w:tcPr>
            <w:tcW w:type="dxa" w:w="2880"/>
          </w:tcPr>
          <w:p>
            <w:r>
              <w:t>____.__.20__</w:t>
            </w:r>
          </w:p>
        </w:tc>
        <w:tc>
          <w:tcPr>
            <w:tcW w:type="dxa" w:w="2880"/>
          </w:tcPr>
          <w:p>
            <w:r>
              <w:t>[Projekt/Veranstaltung]</w:t>
            </w:r>
          </w:p>
        </w:tc>
        <w:tc>
          <w:tcPr>
            <w:tcW w:type="dxa" w:w="2880"/>
          </w:tcPr>
          <w:p>
            <w:r>
              <w:t>[Beschreibung, Teilnehmerzahl, Finanzierung]</w:t>
            </w:r>
          </w:p>
        </w:tc>
      </w:tr>
      <w:tr>
        <w:tc>
          <w:tcPr>
            <w:tcW w:type="dxa" w:w="2880"/>
          </w:tcPr>
          <w:p>
            <w:r>
              <w:t>____.__.20__</w:t>
            </w:r>
          </w:p>
        </w:tc>
        <w:tc>
          <w:tcPr>
            <w:tcW w:type="dxa" w:w="2880"/>
          </w:tcPr>
          <w:p>
            <w:r>
              <w:t>[Projekt/Veranstaltung]</w:t>
            </w:r>
          </w:p>
        </w:tc>
        <w:tc>
          <w:tcPr>
            <w:tcW w:type="dxa" w:w="2880"/>
          </w:tcPr>
          <w:p>
            <w:r>
              <w:t>[Beschreibung, Teilnehmerzahl, Finanzierung]</w:t>
            </w:r>
          </w:p>
        </w:tc>
      </w:tr>
      <w:tr>
        <w:tc>
          <w:tcPr>
            <w:tcW w:type="dxa" w:w="2880"/>
          </w:tcPr>
          <w:p>
            <w:r>
              <w:t>____.__.20__</w:t>
            </w:r>
          </w:p>
        </w:tc>
        <w:tc>
          <w:tcPr>
            <w:tcW w:type="dxa" w:w="2880"/>
          </w:tcPr>
          <w:p>
            <w:r>
              <w:t>[Projekt/Veranstaltung]</w:t>
            </w:r>
          </w:p>
        </w:tc>
        <w:tc>
          <w:tcPr>
            <w:tcW w:type="dxa" w:w="2880"/>
          </w:tcPr>
          <w:p>
            <w:r>
              <w:t>[Beschreibung, Teilnehmerzahl, Finanzierung]</w:t>
            </w:r>
          </w:p>
        </w:tc>
      </w:tr>
      <w:tr>
        <w:tc>
          <w:tcPr>
            <w:tcW w:type="dxa" w:w="2880"/>
          </w:tcPr>
          <w:p>
            <w:r>
              <w:t>____.__.20__</w:t>
            </w:r>
          </w:p>
        </w:tc>
        <w:tc>
          <w:tcPr>
            <w:tcW w:type="dxa" w:w="2880"/>
          </w:tcPr>
          <w:p>
            <w:r>
              <w:t>[Projekt/Veranstaltung]</w:t>
            </w:r>
          </w:p>
        </w:tc>
        <w:tc>
          <w:tcPr>
            <w:tcW w:type="dxa" w:w="2880"/>
          </w:tcPr>
          <w:p>
            <w:r>
              <w:t>[Beschreibung, Teilnehmerzahl, Finanzierung]</w:t>
            </w:r>
          </w:p>
        </w:tc>
      </w:tr>
    </w:tbl>
    <w:p>
      <w:pPr>
        <w:pStyle w:val="Heading2"/>
      </w:pPr>
      <w:r>
        <w:t>4. Mitgliederentwicklung und Ehrenamt</w:t>
      </w:r>
    </w:p>
    <w:p>
      <w:r>
        <w:t>Mitglieder zu Beginn des Berichtszeitraums: ___________</w:t>
      </w:r>
    </w:p>
    <w:p>
      <w:r>
        <w:t>Eintritte: ___________</w:t>
      </w:r>
    </w:p>
    <w:p>
      <w:r>
        <w:t>Austritte: ___________</w:t>
      </w:r>
    </w:p>
    <w:p>
      <w:r>
        <w:t>Mitglieder zum Ende des Berichtszeitraums: ___________</w:t>
      </w:r>
    </w:p>
    <w:p>
      <w:r>
        <w:t>Einsatz ehrenamtlicher Mitglieder (geschätzte Stunden):</w:t>
      </w:r>
    </w:p>
    <w:p>
      <w:r>
        <w:t>- Organisation &amp; Durchführung von Projekten: ___________</w:t>
      </w:r>
    </w:p>
    <w:p>
      <w:r>
        <w:t>- Betreuung Jugend/Arbeitsgruppen: ___________</w:t>
      </w:r>
    </w:p>
    <w:p>
      <w:r>
        <w:t>- Öffentlichkeitsarbeit &amp; Kommunikation: ___________</w:t>
      </w:r>
    </w:p>
    <w:p>
      <w:r>
        <w:t>- Verwaltung &amp; Vorstandstätigkeit: ___________</w:t>
      </w:r>
    </w:p>
    <w:p>
      <w:r>
        <w:t>Gesamt: ___________ Stunden</w:t>
      </w:r>
    </w:p>
    <w:p>
      <w:pPr>
        <w:pStyle w:val="Heading2"/>
      </w:pPr>
      <w:r>
        <w:t>5. Sponsoren und Förderer</w:t>
      </w:r>
    </w:p>
    <w:p>
      <w:r>
        <w:t>Liste der wichtigsten Sponsoren, Förderer und Unterstützer:</w:t>
      </w:r>
    </w:p>
    <w:p>
      <w:r>
        <w:t>- ___________________________</w:t>
      </w:r>
    </w:p>
    <w:p>
      <w:r>
        <w:t>- ___________________________</w:t>
      </w:r>
    </w:p>
    <w:p>
      <w:pPr>
        <w:pStyle w:val="Heading2"/>
      </w:pPr>
      <w:r>
        <w:t>6. Finanzübersicht</w:t>
      </w:r>
    </w:p>
    <w:p>
      <w:r>
        <w:t>Gesamteinnahmen: ___________</w:t>
      </w:r>
    </w:p>
    <w:p>
      <w:r>
        <w:t>Gesamtausgaben: ___________</w:t>
      </w:r>
    </w:p>
    <w:p>
      <w:r>
        <w:t>Verwendung der Mittel:</w:t>
      </w:r>
    </w:p>
    <w:p>
      <w:r>
        <w:t>- Projekt A: ___________</w:t>
      </w:r>
    </w:p>
    <w:p>
      <w:r>
        <w:t>- Projekt B: ___________</w:t>
      </w:r>
    </w:p>
    <w:p>
      <w:r>
        <w:t>Rücklagenbildung: ___________</w:t>
      </w:r>
    </w:p>
    <w:p>
      <w:pPr>
        <w:pStyle w:val="Heading2"/>
      </w:pPr>
      <w:r>
        <w:t>7. Besondere Ereignisse</w:t>
      </w:r>
    </w:p>
    <w:p>
      <w:r>
        <w:t>Hier können Jubiläen, Auszeichnungen, neue Kooperationen oder weitere besondere Entwicklungen dokumentiert werden.</w:t>
      </w:r>
    </w:p>
    <w:p>
      <w:pPr>
        <w:pStyle w:val="Heading2"/>
      </w:pPr>
      <w:r>
        <w:t>8. Ausblick</w:t>
      </w:r>
    </w:p>
    <w:p>
      <w:r>
        <w:t>Für das kommende Jahr sind folgende Maßnahmen und Ziele geplant:</w:t>
      </w:r>
    </w:p>
    <w:p>
      <w:r>
        <w:t>- [Geplantes Projekt/Veranstaltung 1]</w:t>
      </w:r>
    </w:p>
    <w:p>
      <w:r>
        <w:t>- [Geplantes Projekt/Veranstaltung 2]</w:t>
      </w:r>
    </w:p>
    <w:p>
      <w:r>
        <w:t>- [Strategische Ziele des Vereins]</w:t>
      </w:r>
    </w:p>
    <w:p>
      <w:pPr>
        <w:pStyle w:val="Heading2"/>
      </w:pPr>
      <w:r>
        <w:t>9. Unterschriften</w:t>
      </w:r>
    </w:p>
    <w:p>
      <w:r>
        <w:t>__________________________</w:t>
        <w:br/>
        <w:t>(Vorsitzende*r)</w:t>
      </w:r>
    </w:p>
    <w:p>
      <w:r>
        <w:t>__________________________</w:t>
        <w:br/>
        <w:t>(Stellvertretung)</w:t>
      </w:r>
    </w:p>
    <w:p>
      <w:r>
        <w:t>__________________________</w:t>
        <w:br/>
        <w:t>(Schriftführer*in / weitere Vorstandsmitglieder)</w:t>
      </w:r>
    </w:p>
    <w:p>
      <w:r>
        <w:t>Ort, Datum: 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